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DA3" w:rsidRDefault="005C0996" w14:paraId="5C58D9F8" w14:textId="7D289ED3">
      <w:pPr>
        <w:jc w:val="center"/>
      </w:pPr>
      <w:r w:rsidRPr="462D26A2" w:rsidR="6C9BC996">
        <w:rPr>
          <w:b w:val="1"/>
          <w:bCs w:val="1"/>
          <w:sz w:val="40"/>
          <w:szCs w:val="40"/>
        </w:rPr>
        <w:t xml:space="preserve">Snack Shack </w:t>
      </w:r>
      <w:r w:rsidRPr="462D26A2" w:rsidR="33CB0B29">
        <w:rPr>
          <w:b w:val="1"/>
          <w:bCs w:val="1"/>
          <w:sz w:val="40"/>
          <w:szCs w:val="40"/>
        </w:rPr>
        <w:t xml:space="preserve">Transition </w:t>
      </w:r>
      <w:r w:rsidRPr="462D26A2" w:rsidR="6C9BC996">
        <w:rPr>
          <w:b w:val="1"/>
          <w:bCs w:val="1"/>
          <w:sz w:val="40"/>
          <w:szCs w:val="40"/>
        </w:rPr>
        <w:t xml:space="preserve">Project — Student Booklet </w:t>
      </w:r>
      <w:r w:rsidRPr="462D26A2" w:rsidR="18EB85DD">
        <w:rPr>
          <w:b w:val="1"/>
          <w:bCs w:val="1"/>
          <w:sz w:val="40"/>
          <w:szCs w:val="40"/>
        </w:rPr>
        <w:t>Task Sheet</w:t>
      </w:r>
    </w:p>
    <w:p w:rsidR="00563DA3" w:rsidRDefault="005C0996" w14:paraId="57AEED50" w14:textId="77777777">
      <w:pPr>
        <w:jc w:val="center"/>
      </w:pPr>
      <w:r>
        <w:t>Covers 2.2.1 Programming fundamentals • 2.2.2 Data types • 2.2.3 Additional programming techniques</w:t>
      </w:r>
    </w:p>
    <w:p w:rsidR="00563DA3" w:rsidRDefault="005C0996" w14:paraId="6CD2F751" w14:textId="77777777">
      <w:pPr>
        <w:pStyle w:val="Heading1"/>
      </w:pPr>
      <w:r>
        <w:t>How this booklet works</w:t>
      </w:r>
    </w:p>
    <w:p w:rsidR="00563DA3" w:rsidRDefault="005C0996" w14:paraId="7466D5C9" w14:textId="2EEEAA12">
      <w:r>
        <w:t>This booklet guides you step by step. Each part has:</w:t>
      </w:r>
      <w:r>
        <w:br/>
      </w:r>
      <w:r>
        <w:t xml:space="preserve">• What you do </w:t>
      </w:r>
      <w:r>
        <w:t>(clear tasks)</w:t>
      </w:r>
      <w:r>
        <w:br/>
      </w:r>
      <w:r>
        <w:t xml:space="preserve">• Why </w:t>
      </w:r>
      <w:proofErr w:type="gramStart"/>
      <w:r>
        <w:t>this matters</w:t>
      </w:r>
      <w:proofErr w:type="gramEnd"/>
      <w:r>
        <w:br/>
      </w:r>
      <w:r>
        <w:t>• Space for your reflection (write what you learned, what went well, next steps)</w:t>
      </w:r>
      <w:r>
        <w:br/>
      </w:r>
      <w:r>
        <w:t>Tip: Keep your sentences short. Use the checklists.</w:t>
      </w:r>
    </w:p>
    <w:p w:rsidR="00563DA3" w:rsidRDefault="005C0996" w14:paraId="2824677F" w14:textId="77777777">
      <w:pPr>
        <w:pStyle w:val="Heading1"/>
      </w:pPr>
      <w:r>
        <w:t>Quick resources (click to open)</w:t>
      </w:r>
    </w:p>
    <w:p w:rsidR="00563DA3" w:rsidRDefault="005C0996" w14:paraId="17A34722" w14:textId="77777777">
      <w:r>
        <w:rPr>
          <w:b/>
        </w:rPr>
        <w:t xml:space="preserve">Loops (Corey Schafer): </w:t>
      </w:r>
      <w:r>
        <w:t>https://www.youtube.com/watch?v=6iF8Xb7Z3wQ</w:t>
      </w:r>
    </w:p>
    <w:p w:rsidR="00563DA3" w:rsidRDefault="005C0996" w14:paraId="6DECAE94" w14:textId="77777777">
      <w:r>
        <w:rPr>
          <w:b/>
        </w:rPr>
        <w:t xml:space="preserve">If/Else (Alex The Analyst): </w:t>
      </w:r>
      <w:r>
        <w:t>https://www.youtube.com/watch?v=f4KOjWS_KZs</w:t>
      </w:r>
    </w:p>
    <w:p w:rsidR="00563DA3" w:rsidRDefault="005C0996" w14:paraId="2BF24BB1" w14:textId="77777777">
      <w:r>
        <w:rPr>
          <w:b/>
        </w:rPr>
        <w:t xml:space="preserve">Scope (Khan Academy): </w:t>
      </w:r>
      <w:r>
        <w:t>https://www.youtube.com/watch?v=AC0Ql1mOw4s</w:t>
      </w:r>
    </w:p>
    <w:p w:rsidR="00563DA3" w:rsidRDefault="005C0996" w14:paraId="094E9CBF" w14:textId="77777777">
      <w:r>
        <w:rPr>
          <w:b/>
        </w:rPr>
        <w:t xml:space="preserve">Data Types (CSNewbs): </w:t>
      </w:r>
      <w:r>
        <w:t>https://www.csnewbs.com/ocr2020-2-2-datatypes</w:t>
      </w:r>
    </w:p>
    <w:p w:rsidR="00563DA3" w:rsidRDefault="005C0996" w14:paraId="27DFFDE4" w14:textId="77777777">
      <w:r>
        <w:rPr>
          <w:b/>
        </w:rPr>
        <w:t xml:space="preserve">Additional Techniques hub (CSNewbs): </w:t>
      </w:r>
      <w:r>
        <w:t>https://www.csnewbs.com/ocr2020-2-3-additionaltechniques</w:t>
      </w:r>
    </w:p>
    <w:p w:rsidR="00563DA3" w:rsidRDefault="005C0996" w14:paraId="622C70D0" w14:textId="77777777">
      <w:pPr>
        <w:pStyle w:val="Heading1"/>
      </w:pPr>
      <w:r>
        <w:t>Project map (visual)</w:t>
      </w:r>
    </w:p>
    <w:p w:rsidR="00563DA3" w:rsidRDefault="005C0996" w14:paraId="5DF0CB47" w14:textId="77777777">
      <w:r>
        <w:t>[Start]</w:t>
      </w:r>
      <w:r>
        <w:br/>
      </w:r>
      <w:r>
        <w:t xml:space="preserve">  ↓</w:t>
      </w:r>
      <w:r>
        <w:br/>
      </w:r>
      <w:r>
        <w:t>Main Menu → View Items → Add to Basket → View Basket → Checkout</w:t>
      </w:r>
      <w:r>
        <w:br/>
      </w:r>
      <w:r>
        <w:t xml:space="preserve">  ↓                                          ↑</w:t>
      </w:r>
      <w:r>
        <w:br/>
      </w:r>
      <w:r>
        <w:t xml:space="preserve"> Save Order • Load Order • Search Items (SQL‑like) • Quit</w:t>
      </w:r>
    </w:p>
    <w:p w:rsidR="00563DA3" w:rsidRDefault="005C0996" w14:paraId="79B35C53" w14:textId="77777777">
      <w:pPr>
        <w:pStyle w:val="Heading1"/>
      </w:pPr>
      <w:r>
        <w:t>Part 1 — Programming Fundamentals</w:t>
      </w:r>
    </w:p>
    <w:p w:rsidR="00563DA3" w:rsidRDefault="005C0996" w14:paraId="70E9CDD1" w14:textId="77777777">
      <w:r>
        <w:t>What you do:</w:t>
      </w:r>
    </w:p>
    <w:p w:rsidR="00563DA3" w:rsidRDefault="005C0996" w14:paraId="5489B9E5" w14:textId="77777777">
      <w:r>
        <w:t>Make a main menu with a while loop; use input() and print(); make choices with if/elif/else; do maths with + - * / and comparisons (==, &lt;, &gt;) and AND/OR/NOT.</w:t>
      </w:r>
    </w:p>
    <w:p w:rsidR="00563DA3" w:rsidRDefault="005C0996" w14:paraId="42AD607B" w14:textId="77777777">
      <w:r>
        <w:t>Why this matters:</w:t>
      </w:r>
    </w:p>
    <w:p w:rsidR="00563DA3" w:rsidRDefault="005C0996" w14:paraId="105B23CE" w14:textId="14FF301C">
      <w:r w:rsidR="6C9BC996">
        <w:rPr/>
        <w:t>variables, inputs/outputs, assignment; sequence/selection/iteration; arithmetic &amp; Boolean operators.</w:t>
      </w:r>
    </w:p>
    <w:p w:rsidR="462D26A2" w:rsidRDefault="462D26A2" w14:paraId="24C8FFA2" w14:textId="5FEDE3FF"/>
    <w:p w:rsidR="462D26A2" w:rsidRDefault="462D26A2" w14:paraId="6BA8A3FA" w14:textId="07484E85"/>
    <w:p w:rsidR="462D26A2" w:rsidRDefault="462D26A2" w14:paraId="662508FB" w14:textId="1001038D"/>
    <w:p w:rsidR="462D26A2" w:rsidRDefault="462D26A2" w14:paraId="4E19838D" w14:textId="20F7F26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563DA3" w14:paraId="3E47F972" w14:textId="77777777">
        <w:trPr>
          <w:jc w:val="center"/>
        </w:trPr>
        <w:tc>
          <w:tcPr>
            <w:tcW w:w="5112" w:type="dxa"/>
          </w:tcPr>
          <w:p w:rsidR="00563DA3" w:rsidRDefault="005C0996" w14:paraId="13795681" w14:textId="77777777">
            <w:r>
              <w:t>Checklist</w:t>
            </w:r>
          </w:p>
        </w:tc>
        <w:tc>
          <w:tcPr>
            <w:tcW w:w="5112" w:type="dxa"/>
          </w:tcPr>
          <w:p w:rsidR="00563DA3" w:rsidRDefault="005C0996" w14:paraId="30F83CF9" w14:textId="77777777">
            <w:r>
              <w:t>Tick ✔</w:t>
            </w:r>
          </w:p>
        </w:tc>
      </w:tr>
      <w:tr w:rsidR="00563DA3" w14:paraId="61299399" w14:textId="77777777">
        <w:trPr>
          <w:jc w:val="center"/>
        </w:trPr>
        <w:tc>
          <w:tcPr>
            <w:tcW w:w="5112" w:type="dxa"/>
          </w:tcPr>
          <w:p w:rsidR="00563DA3" w:rsidRDefault="005C0996" w14:paraId="6A394DD9" w14:textId="77777777">
            <w:r>
              <w:t>I can run my program and see the menu.</w:t>
            </w:r>
          </w:p>
        </w:tc>
        <w:tc>
          <w:tcPr>
            <w:tcW w:w="5112" w:type="dxa"/>
          </w:tcPr>
          <w:p w:rsidR="00563DA3" w:rsidRDefault="005C0996" w14:paraId="336C69F4" w14:textId="77777777">
            <w:r>
              <w:t>[  ]</w:t>
            </w:r>
          </w:p>
        </w:tc>
      </w:tr>
      <w:tr w:rsidR="00563DA3" w14:paraId="6FDB5C27" w14:textId="77777777">
        <w:trPr>
          <w:jc w:val="center"/>
        </w:trPr>
        <w:tc>
          <w:tcPr>
            <w:tcW w:w="5112" w:type="dxa"/>
          </w:tcPr>
          <w:p w:rsidR="00563DA3" w:rsidRDefault="005C0996" w14:paraId="13104C3F" w14:textId="77777777">
            <w:r>
              <w:t>My menu repeats until Quit.</w:t>
            </w:r>
          </w:p>
        </w:tc>
        <w:tc>
          <w:tcPr>
            <w:tcW w:w="5112" w:type="dxa"/>
          </w:tcPr>
          <w:p w:rsidR="00563DA3" w:rsidRDefault="005C0996" w14:paraId="7349C36F" w14:textId="77777777">
            <w:r>
              <w:t>[  ]</w:t>
            </w:r>
          </w:p>
        </w:tc>
      </w:tr>
      <w:tr w:rsidR="00563DA3" w14:paraId="5C1B8D83" w14:textId="77777777">
        <w:trPr>
          <w:jc w:val="center"/>
        </w:trPr>
        <w:tc>
          <w:tcPr>
            <w:tcW w:w="5112" w:type="dxa"/>
          </w:tcPr>
          <w:p w:rsidR="00563DA3" w:rsidRDefault="005C0996" w14:paraId="4D6B347C" w14:textId="77777777">
            <w:r>
              <w:t>I validate input (simple checks).</w:t>
            </w:r>
          </w:p>
        </w:tc>
        <w:tc>
          <w:tcPr>
            <w:tcW w:w="5112" w:type="dxa"/>
          </w:tcPr>
          <w:p w:rsidR="00563DA3" w:rsidRDefault="005C0996" w14:paraId="24C95DAD" w14:textId="77777777">
            <w:r>
              <w:t>[  ]</w:t>
            </w:r>
          </w:p>
        </w:tc>
      </w:tr>
      <w:tr w:rsidR="00563DA3" w14:paraId="79637427" w14:textId="77777777">
        <w:trPr>
          <w:jc w:val="center"/>
        </w:trPr>
        <w:tc>
          <w:tcPr>
            <w:tcW w:w="5112" w:type="dxa"/>
          </w:tcPr>
          <w:p w:rsidR="00563DA3" w:rsidRDefault="005C0996" w14:paraId="2810C85D" w14:textId="77777777">
            <w:r>
              <w:t>My code is in small functions (where needed).</w:t>
            </w:r>
          </w:p>
        </w:tc>
        <w:tc>
          <w:tcPr>
            <w:tcW w:w="5112" w:type="dxa"/>
          </w:tcPr>
          <w:p w:rsidR="00563DA3" w:rsidRDefault="005C0996" w14:paraId="26E34F3C" w14:textId="77777777">
            <w:r>
              <w:t>[  ]</w:t>
            </w:r>
          </w:p>
        </w:tc>
      </w:tr>
      <w:tr w:rsidR="00563DA3" w14:paraId="045F0BC6" w14:textId="77777777">
        <w:trPr>
          <w:jc w:val="center"/>
        </w:trPr>
        <w:tc>
          <w:tcPr>
            <w:tcW w:w="5112" w:type="dxa"/>
          </w:tcPr>
          <w:p w:rsidR="00563DA3" w:rsidRDefault="005C0996" w14:paraId="776C07AE" w14:textId="77777777">
            <w:r>
              <w:t>I tested my feature (it works).</w:t>
            </w:r>
          </w:p>
        </w:tc>
        <w:tc>
          <w:tcPr>
            <w:tcW w:w="5112" w:type="dxa"/>
          </w:tcPr>
          <w:p w:rsidR="00563DA3" w:rsidRDefault="005C0996" w14:paraId="066FA6CF" w14:textId="77777777">
            <w:r>
              <w:t>[  ]</w:t>
            </w:r>
          </w:p>
        </w:tc>
      </w:tr>
    </w:tbl>
    <w:p w:rsidR="00563DA3" w:rsidRDefault="005C0996" w14:paraId="4D5363BA" w14:textId="77777777">
      <w:r>
        <w:t xml:space="preserve">Reflection (3–5 sentences): What did I learn? What was </w:t>
      </w:r>
      <w:r>
        <w:t>tricky? What will I improve next?</w:t>
      </w:r>
    </w:p>
    <w:p w:rsidR="00563DA3" w:rsidRDefault="005C0996" w14:paraId="1325A446" w14:textId="77777777">
      <w:r>
        <w:br/>
      </w:r>
      <w:r>
        <w:br/>
      </w:r>
      <w:r>
        <w:br/>
      </w:r>
    </w:p>
    <w:p w:rsidR="00563DA3" w:rsidRDefault="005C0996" w14:paraId="261BD2C5" w14:textId="77777777">
      <w:pPr>
        <w:pStyle w:val="Heading1"/>
      </w:pPr>
      <w:r>
        <w:t>Part 2 — Data Types &amp; Casting</w:t>
      </w:r>
    </w:p>
    <w:p w:rsidR="00563DA3" w:rsidRDefault="005C0996" w14:paraId="14719208" w14:textId="77777777">
      <w:r>
        <w:t>What you do:</w:t>
      </w:r>
    </w:p>
    <w:p w:rsidR="00563DA3" w:rsidRDefault="005C0996" w14:paraId="63FBF4CD" w14:textId="77777777">
      <w:r>
        <w:t>Use correct types: int for quantities, float for prices, bool for onSale, string for names, single character codes. Cast with int() and float() for user input.</w:t>
      </w:r>
    </w:p>
    <w:p w:rsidR="00563DA3" w:rsidRDefault="005C0996" w14:paraId="53EB49A4" w14:textId="77777777">
      <w:r>
        <w:t>Why this matters:</w:t>
      </w:r>
    </w:p>
    <w:p w:rsidR="00563DA3" w:rsidRDefault="005C0996" w14:paraId="04750B5F" w14:textId="27669835">
      <w:r>
        <w:t xml:space="preserve"> integer, real/float, Boolean, character, string; casting.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563DA3" w14:paraId="664EE336" w14:textId="77777777">
        <w:trPr>
          <w:jc w:val="center"/>
        </w:trPr>
        <w:tc>
          <w:tcPr>
            <w:tcW w:w="5112" w:type="dxa"/>
          </w:tcPr>
          <w:p w:rsidR="00563DA3" w:rsidRDefault="005C0996" w14:paraId="1941F97B" w14:textId="77777777">
            <w:r>
              <w:t>Checklist</w:t>
            </w:r>
          </w:p>
        </w:tc>
        <w:tc>
          <w:tcPr>
            <w:tcW w:w="5112" w:type="dxa"/>
          </w:tcPr>
          <w:p w:rsidR="00563DA3" w:rsidRDefault="005C0996" w14:paraId="130C9F7B" w14:textId="77777777">
            <w:r>
              <w:t>Tick ✔</w:t>
            </w:r>
          </w:p>
        </w:tc>
      </w:tr>
      <w:tr w:rsidR="00563DA3" w14:paraId="6FCA9834" w14:textId="77777777">
        <w:trPr>
          <w:jc w:val="center"/>
        </w:trPr>
        <w:tc>
          <w:tcPr>
            <w:tcW w:w="5112" w:type="dxa"/>
          </w:tcPr>
          <w:p w:rsidR="00563DA3" w:rsidRDefault="005C0996" w14:paraId="7B6F6AED" w14:textId="77777777">
            <w:r>
              <w:t>I can run my program and see the menu.</w:t>
            </w:r>
          </w:p>
        </w:tc>
        <w:tc>
          <w:tcPr>
            <w:tcW w:w="5112" w:type="dxa"/>
          </w:tcPr>
          <w:p w:rsidR="00563DA3" w:rsidRDefault="005C0996" w14:paraId="7C65FDE8" w14:textId="77777777">
            <w:r>
              <w:t>[  ]</w:t>
            </w:r>
          </w:p>
        </w:tc>
      </w:tr>
      <w:tr w:rsidR="00563DA3" w14:paraId="6F7FCF32" w14:textId="77777777">
        <w:trPr>
          <w:jc w:val="center"/>
        </w:trPr>
        <w:tc>
          <w:tcPr>
            <w:tcW w:w="5112" w:type="dxa"/>
          </w:tcPr>
          <w:p w:rsidR="00563DA3" w:rsidRDefault="005C0996" w14:paraId="4A3DE486" w14:textId="77777777">
            <w:r>
              <w:t>My menu repeats until Quit.</w:t>
            </w:r>
          </w:p>
        </w:tc>
        <w:tc>
          <w:tcPr>
            <w:tcW w:w="5112" w:type="dxa"/>
          </w:tcPr>
          <w:p w:rsidR="00563DA3" w:rsidRDefault="005C0996" w14:paraId="4374B63B" w14:textId="77777777">
            <w:r>
              <w:t>[  ]</w:t>
            </w:r>
          </w:p>
        </w:tc>
      </w:tr>
      <w:tr w:rsidR="00563DA3" w14:paraId="790387A2" w14:textId="77777777">
        <w:trPr>
          <w:jc w:val="center"/>
        </w:trPr>
        <w:tc>
          <w:tcPr>
            <w:tcW w:w="5112" w:type="dxa"/>
          </w:tcPr>
          <w:p w:rsidR="00563DA3" w:rsidRDefault="005C0996" w14:paraId="153CA23C" w14:textId="77777777">
            <w:r>
              <w:t>I validate input (simple checks).</w:t>
            </w:r>
          </w:p>
        </w:tc>
        <w:tc>
          <w:tcPr>
            <w:tcW w:w="5112" w:type="dxa"/>
          </w:tcPr>
          <w:p w:rsidR="00563DA3" w:rsidRDefault="005C0996" w14:paraId="52288F05" w14:textId="77777777">
            <w:r>
              <w:t>[  ]</w:t>
            </w:r>
          </w:p>
        </w:tc>
      </w:tr>
      <w:tr w:rsidR="00563DA3" w14:paraId="6AA41D2A" w14:textId="77777777">
        <w:trPr>
          <w:jc w:val="center"/>
        </w:trPr>
        <w:tc>
          <w:tcPr>
            <w:tcW w:w="5112" w:type="dxa"/>
          </w:tcPr>
          <w:p w:rsidR="00563DA3" w:rsidRDefault="005C0996" w14:paraId="1777435F" w14:textId="77777777">
            <w:r>
              <w:t xml:space="preserve">My code is in small functions (where </w:t>
            </w:r>
            <w:r>
              <w:t>needed).</w:t>
            </w:r>
          </w:p>
        </w:tc>
        <w:tc>
          <w:tcPr>
            <w:tcW w:w="5112" w:type="dxa"/>
          </w:tcPr>
          <w:p w:rsidR="00563DA3" w:rsidRDefault="005C0996" w14:paraId="55604E2E" w14:textId="77777777">
            <w:r>
              <w:t>[  ]</w:t>
            </w:r>
          </w:p>
        </w:tc>
      </w:tr>
      <w:tr w:rsidR="00563DA3" w14:paraId="22EED1AD" w14:textId="77777777">
        <w:trPr>
          <w:jc w:val="center"/>
        </w:trPr>
        <w:tc>
          <w:tcPr>
            <w:tcW w:w="5112" w:type="dxa"/>
          </w:tcPr>
          <w:p w:rsidR="00563DA3" w:rsidRDefault="005C0996" w14:paraId="34FFC806" w14:textId="77777777">
            <w:r>
              <w:t>I tested my feature (it works).</w:t>
            </w:r>
          </w:p>
        </w:tc>
        <w:tc>
          <w:tcPr>
            <w:tcW w:w="5112" w:type="dxa"/>
          </w:tcPr>
          <w:p w:rsidR="00563DA3" w:rsidRDefault="005C0996" w14:paraId="53A95A02" w14:textId="77777777">
            <w:r>
              <w:t>[  ]</w:t>
            </w:r>
          </w:p>
        </w:tc>
      </w:tr>
    </w:tbl>
    <w:p w:rsidR="00563DA3" w:rsidRDefault="005C0996" w14:paraId="3EEE903F" w14:textId="77777777">
      <w:r>
        <w:t>Reflection (3–5 sentences): What did I learn? What was tricky? What will I improve next?</w:t>
      </w:r>
    </w:p>
    <w:p w:rsidR="00563DA3" w:rsidRDefault="005C0996" w14:paraId="612095C7" w14:textId="77777777">
      <w:r>
        <w:br/>
      </w:r>
      <w:r>
        <w:br/>
      </w:r>
      <w:r>
        <w:br/>
      </w:r>
    </w:p>
    <w:p w:rsidR="462D26A2" w:rsidRDefault="462D26A2" w14:paraId="057FF455" w14:textId="249AC729"/>
    <w:p w:rsidR="462D26A2" w:rsidRDefault="462D26A2" w14:paraId="1BF01045" w14:textId="71954F82"/>
    <w:p w:rsidR="00563DA3" w:rsidRDefault="005C0996" w14:paraId="3A1EEBC7" w14:textId="77777777">
      <w:pPr>
        <w:pStyle w:val="Heading1"/>
      </w:pPr>
      <w:r>
        <w:t>Part 3 — Arrays (Lists), 2D Arrays &amp; Records</w:t>
      </w:r>
    </w:p>
    <w:p w:rsidR="00563DA3" w:rsidRDefault="005C0996" w14:paraId="4F480E21" w14:textId="77777777">
      <w:r>
        <w:t>What you do:</w:t>
      </w:r>
    </w:p>
    <w:p w:rsidR="00563DA3" w:rsidRDefault="005C0996" w14:paraId="1A52E3DA" w14:textId="77777777">
      <w:r>
        <w:t xml:space="preserve">Store items as a list of dictionaries </w:t>
      </w:r>
      <w:r>
        <w:t>(records). Add a 2D list for weekly sales [day][item]. Loop through both.</w:t>
      </w:r>
    </w:p>
    <w:p w:rsidR="00563DA3" w:rsidRDefault="005C0996" w14:paraId="78FBF031" w14:textId="77777777">
      <w:r>
        <w:t>Why this matters:</w:t>
      </w:r>
    </w:p>
    <w:p w:rsidR="00563DA3" w:rsidRDefault="005C0996" w14:paraId="743A8B5F" w14:textId="77777777">
      <w:r>
        <w:t>OCR J277 2.2.3: arrays 1D &amp; 2D; records.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563DA3" w14:paraId="0ED2A49E" w14:textId="77777777">
        <w:trPr>
          <w:jc w:val="center"/>
        </w:trPr>
        <w:tc>
          <w:tcPr>
            <w:tcW w:w="5112" w:type="dxa"/>
          </w:tcPr>
          <w:p w:rsidR="00563DA3" w:rsidRDefault="005C0996" w14:paraId="0501BA38" w14:textId="77777777">
            <w:r>
              <w:t>Checklist</w:t>
            </w:r>
          </w:p>
        </w:tc>
        <w:tc>
          <w:tcPr>
            <w:tcW w:w="5112" w:type="dxa"/>
          </w:tcPr>
          <w:p w:rsidR="00563DA3" w:rsidRDefault="005C0996" w14:paraId="2E51AFD1" w14:textId="77777777">
            <w:r>
              <w:t>Tick ✔</w:t>
            </w:r>
          </w:p>
        </w:tc>
      </w:tr>
      <w:tr w:rsidR="00563DA3" w14:paraId="31D6BEAA" w14:textId="77777777">
        <w:trPr>
          <w:jc w:val="center"/>
        </w:trPr>
        <w:tc>
          <w:tcPr>
            <w:tcW w:w="5112" w:type="dxa"/>
          </w:tcPr>
          <w:p w:rsidR="00563DA3" w:rsidRDefault="005C0996" w14:paraId="42020403" w14:textId="77777777">
            <w:r>
              <w:t>I can run my program and see the menu.</w:t>
            </w:r>
          </w:p>
        </w:tc>
        <w:tc>
          <w:tcPr>
            <w:tcW w:w="5112" w:type="dxa"/>
          </w:tcPr>
          <w:p w:rsidR="00563DA3" w:rsidRDefault="005C0996" w14:paraId="6260ACEC" w14:textId="77777777">
            <w:r>
              <w:t>[  ]</w:t>
            </w:r>
          </w:p>
        </w:tc>
      </w:tr>
      <w:tr w:rsidR="00563DA3" w14:paraId="59F0F37B" w14:textId="77777777">
        <w:trPr>
          <w:jc w:val="center"/>
        </w:trPr>
        <w:tc>
          <w:tcPr>
            <w:tcW w:w="5112" w:type="dxa"/>
          </w:tcPr>
          <w:p w:rsidR="00563DA3" w:rsidRDefault="005C0996" w14:paraId="165D4CF0" w14:textId="77777777">
            <w:r>
              <w:t>My menu repeats until Quit.</w:t>
            </w:r>
          </w:p>
        </w:tc>
        <w:tc>
          <w:tcPr>
            <w:tcW w:w="5112" w:type="dxa"/>
          </w:tcPr>
          <w:p w:rsidR="00563DA3" w:rsidRDefault="005C0996" w14:paraId="145D4A1D" w14:textId="77777777">
            <w:r>
              <w:t>[  ]</w:t>
            </w:r>
          </w:p>
        </w:tc>
      </w:tr>
      <w:tr w:rsidR="00563DA3" w14:paraId="13101877" w14:textId="77777777">
        <w:trPr>
          <w:jc w:val="center"/>
        </w:trPr>
        <w:tc>
          <w:tcPr>
            <w:tcW w:w="5112" w:type="dxa"/>
          </w:tcPr>
          <w:p w:rsidR="00563DA3" w:rsidRDefault="005C0996" w14:paraId="0BB99153" w14:textId="77777777">
            <w:r>
              <w:t xml:space="preserve">I validate input </w:t>
            </w:r>
            <w:r>
              <w:t>(simple checks).</w:t>
            </w:r>
          </w:p>
        </w:tc>
        <w:tc>
          <w:tcPr>
            <w:tcW w:w="5112" w:type="dxa"/>
          </w:tcPr>
          <w:p w:rsidR="00563DA3" w:rsidRDefault="005C0996" w14:paraId="6908D63F" w14:textId="77777777">
            <w:r>
              <w:t>[  ]</w:t>
            </w:r>
          </w:p>
        </w:tc>
      </w:tr>
      <w:tr w:rsidR="00563DA3" w14:paraId="5A3681E3" w14:textId="77777777">
        <w:trPr>
          <w:jc w:val="center"/>
        </w:trPr>
        <w:tc>
          <w:tcPr>
            <w:tcW w:w="5112" w:type="dxa"/>
          </w:tcPr>
          <w:p w:rsidR="00563DA3" w:rsidRDefault="005C0996" w14:paraId="6B873E15" w14:textId="77777777">
            <w:r>
              <w:t>My code is in small functions (where needed).</w:t>
            </w:r>
          </w:p>
        </w:tc>
        <w:tc>
          <w:tcPr>
            <w:tcW w:w="5112" w:type="dxa"/>
          </w:tcPr>
          <w:p w:rsidR="00563DA3" w:rsidRDefault="005C0996" w14:paraId="3E6595F4" w14:textId="77777777">
            <w:r>
              <w:t>[  ]</w:t>
            </w:r>
          </w:p>
        </w:tc>
      </w:tr>
      <w:tr w:rsidR="00563DA3" w14:paraId="4A6EF31F" w14:textId="77777777">
        <w:trPr>
          <w:jc w:val="center"/>
        </w:trPr>
        <w:tc>
          <w:tcPr>
            <w:tcW w:w="5112" w:type="dxa"/>
          </w:tcPr>
          <w:p w:rsidR="00563DA3" w:rsidRDefault="005C0996" w14:paraId="7821CFE8" w14:textId="77777777">
            <w:r>
              <w:t>I tested my feature (it works).</w:t>
            </w:r>
          </w:p>
        </w:tc>
        <w:tc>
          <w:tcPr>
            <w:tcW w:w="5112" w:type="dxa"/>
          </w:tcPr>
          <w:p w:rsidR="00563DA3" w:rsidRDefault="005C0996" w14:paraId="4431ED71" w14:textId="77777777">
            <w:r>
              <w:t>[  ]</w:t>
            </w:r>
          </w:p>
        </w:tc>
      </w:tr>
    </w:tbl>
    <w:p w:rsidR="00563DA3" w:rsidRDefault="005C0996" w14:paraId="1D71DBC2" w14:textId="77777777">
      <w:r>
        <w:t>Reflection (3–5 sentences): What did I learn? What was tricky? What will I improve next?</w:t>
      </w:r>
    </w:p>
    <w:p w:rsidR="00563DA3" w:rsidRDefault="005C0996" w14:paraId="34085FBE" w14:textId="77777777">
      <w:r>
        <w:br/>
      </w:r>
      <w:r>
        <w:br/>
      </w:r>
      <w:r>
        <w:br/>
      </w:r>
    </w:p>
    <w:p w:rsidR="00563DA3" w:rsidRDefault="005C0996" w14:paraId="404DD3B1" w14:textId="77777777">
      <w:pPr>
        <w:pStyle w:val="Heading1"/>
      </w:pPr>
      <w:r>
        <w:t>Part 4 — Subprograms, Strings &amp; Random</w:t>
      </w:r>
    </w:p>
    <w:p w:rsidR="00563DA3" w:rsidRDefault="005C0996" w14:paraId="04BEF4B6" w14:textId="77777777">
      <w:r>
        <w:t>What you do:</w:t>
      </w:r>
    </w:p>
    <w:p w:rsidR="00563DA3" w:rsidRDefault="005C0996" w14:paraId="2CBEA191" w14:textId="77777777">
      <w:r>
        <w:t>Write small functions (show_items, add_to_basket, checkout). Use string .strip(), .upper(), slicing. Use random.randint() for daily discount.</w:t>
      </w:r>
    </w:p>
    <w:p w:rsidR="00563DA3" w:rsidRDefault="005C0996" w14:paraId="2848FB0A" w14:textId="77777777">
      <w:r>
        <w:t>Why this matters:</w:t>
      </w:r>
    </w:p>
    <w:p w:rsidR="00563DA3" w:rsidRDefault="005C0996" w14:paraId="12D36D6D" w14:textId="77777777">
      <w:r>
        <w:t>OCR J277 2.2.3: subprograms (functions/procedures), string manipulation, random numbers.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563DA3" w14:paraId="780B54C3" w14:textId="77777777">
        <w:trPr>
          <w:jc w:val="center"/>
        </w:trPr>
        <w:tc>
          <w:tcPr>
            <w:tcW w:w="5112" w:type="dxa"/>
          </w:tcPr>
          <w:p w:rsidR="00563DA3" w:rsidRDefault="005C0996" w14:paraId="5419AA51" w14:textId="77777777">
            <w:r>
              <w:t>Checklist</w:t>
            </w:r>
          </w:p>
        </w:tc>
        <w:tc>
          <w:tcPr>
            <w:tcW w:w="5112" w:type="dxa"/>
          </w:tcPr>
          <w:p w:rsidR="00563DA3" w:rsidRDefault="005C0996" w14:paraId="77A7B658" w14:textId="77777777">
            <w:r>
              <w:t>Tick ✔</w:t>
            </w:r>
          </w:p>
        </w:tc>
      </w:tr>
      <w:tr w:rsidR="00563DA3" w14:paraId="1240FE11" w14:textId="77777777">
        <w:trPr>
          <w:jc w:val="center"/>
        </w:trPr>
        <w:tc>
          <w:tcPr>
            <w:tcW w:w="5112" w:type="dxa"/>
          </w:tcPr>
          <w:p w:rsidR="00563DA3" w:rsidRDefault="005C0996" w14:paraId="65BFB459" w14:textId="77777777">
            <w:r>
              <w:t>I can run my program and see the menu.</w:t>
            </w:r>
          </w:p>
        </w:tc>
        <w:tc>
          <w:tcPr>
            <w:tcW w:w="5112" w:type="dxa"/>
          </w:tcPr>
          <w:p w:rsidR="00563DA3" w:rsidRDefault="005C0996" w14:paraId="0676AFC0" w14:textId="77777777">
            <w:r>
              <w:t>[  ]</w:t>
            </w:r>
          </w:p>
        </w:tc>
      </w:tr>
      <w:tr w:rsidR="00563DA3" w14:paraId="5F769269" w14:textId="77777777">
        <w:trPr>
          <w:jc w:val="center"/>
        </w:trPr>
        <w:tc>
          <w:tcPr>
            <w:tcW w:w="5112" w:type="dxa"/>
          </w:tcPr>
          <w:p w:rsidR="00563DA3" w:rsidRDefault="005C0996" w14:paraId="625F972F" w14:textId="77777777">
            <w:r>
              <w:t>My menu repeats until Quit.</w:t>
            </w:r>
          </w:p>
        </w:tc>
        <w:tc>
          <w:tcPr>
            <w:tcW w:w="5112" w:type="dxa"/>
          </w:tcPr>
          <w:p w:rsidR="00563DA3" w:rsidRDefault="005C0996" w14:paraId="0837CB15" w14:textId="77777777">
            <w:r>
              <w:t>[  ]</w:t>
            </w:r>
          </w:p>
        </w:tc>
      </w:tr>
      <w:tr w:rsidR="00563DA3" w14:paraId="01EC7CB9" w14:textId="77777777">
        <w:trPr>
          <w:jc w:val="center"/>
        </w:trPr>
        <w:tc>
          <w:tcPr>
            <w:tcW w:w="5112" w:type="dxa"/>
          </w:tcPr>
          <w:p w:rsidR="00563DA3" w:rsidRDefault="005C0996" w14:paraId="62DB9F4F" w14:textId="77777777">
            <w:r>
              <w:t>I validate input (simple checks).</w:t>
            </w:r>
          </w:p>
        </w:tc>
        <w:tc>
          <w:tcPr>
            <w:tcW w:w="5112" w:type="dxa"/>
          </w:tcPr>
          <w:p w:rsidR="00563DA3" w:rsidRDefault="005C0996" w14:paraId="1E7B7963" w14:textId="77777777">
            <w:r>
              <w:t>[  ]</w:t>
            </w:r>
          </w:p>
        </w:tc>
      </w:tr>
      <w:tr w:rsidR="00563DA3" w14:paraId="59DBDE25" w14:textId="77777777">
        <w:trPr>
          <w:jc w:val="center"/>
        </w:trPr>
        <w:tc>
          <w:tcPr>
            <w:tcW w:w="5112" w:type="dxa"/>
          </w:tcPr>
          <w:p w:rsidR="00563DA3" w:rsidRDefault="005C0996" w14:paraId="687969B2" w14:textId="77777777">
            <w:r>
              <w:t>My code is in small functions (where needed).</w:t>
            </w:r>
          </w:p>
        </w:tc>
        <w:tc>
          <w:tcPr>
            <w:tcW w:w="5112" w:type="dxa"/>
          </w:tcPr>
          <w:p w:rsidR="00563DA3" w:rsidRDefault="005C0996" w14:paraId="14D8BD1E" w14:textId="77777777">
            <w:r>
              <w:t>[  ]</w:t>
            </w:r>
          </w:p>
        </w:tc>
      </w:tr>
      <w:tr w:rsidR="00563DA3" w14:paraId="25031BFB" w14:textId="77777777">
        <w:trPr>
          <w:jc w:val="center"/>
        </w:trPr>
        <w:tc>
          <w:tcPr>
            <w:tcW w:w="5112" w:type="dxa"/>
          </w:tcPr>
          <w:p w:rsidR="00563DA3" w:rsidRDefault="005C0996" w14:paraId="62E61EC3" w14:textId="77777777">
            <w:r>
              <w:t>I tested my feature (it works).</w:t>
            </w:r>
          </w:p>
        </w:tc>
        <w:tc>
          <w:tcPr>
            <w:tcW w:w="5112" w:type="dxa"/>
          </w:tcPr>
          <w:p w:rsidR="00563DA3" w:rsidRDefault="005C0996" w14:paraId="3136F934" w14:textId="77777777">
            <w:r>
              <w:t>[  ]</w:t>
            </w:r>
          </w:p>
        </w:tc>
      </w:tr>
    </w:tbl>
    <w:p w:rsidR="00563DA3" w:rsidRDefault="005C0996" w14:paraId="035528BB" w14:textId="77777777">
      <w:r>
        <w:t xml:space="preserve">Reflection (3–5 </w:t>
      </w:r>
      <w:r>
        <w:t>sentences): What did I learn? What was tricky? What will I improve next?</w:t>
      </w:r>
    </w:p>
    <w:p w:rsidR="00563DA3" w:rsidRDefault="005C0996" w14:paraId="7508386A" w14:textId="77777777">
      <w:r>
        <w:br/>
      </w:r>
      <w:r>
        <w:br/>
      </w:r>
      <w:r>
        <w:br/>
      </w:r>
    </w:p>
    <w:p w:rsidR="00563DA3" w:rsidRDefault="005C0996" w14:paraId="57693A56" w14:textId="77777777">
      <w:pPr>
        <w:pStyle w:val="Heading1"/>
      </w:pPr>
      <w:r>
        <w:t>Part 5 — File Handling &amp; SQL‑like Search</w:t>
      </w:r>
    </w:p>
    <w:p w:rsidR="00563DA3" w:rsidRDefault="005C0996" w14:paraId="7AEFE183" w14:textId="77777777">
      <w:r>
        <w:t>What you do:</w:t>
      </w:r>
    </w:p>
    <w:p w:rsidR="00563DA3" w:rsidRDefault="005C0996" w14:paraId="5FAB4A7C" w14:textId="77777777">
      <w:r>
        <w:t>Save/load orders with open/read/write/close. Build a tiny SQL‑like filter: SELECT name,price WHERE onSale = True or price &lt; 1.50.</w:t>
      </w:r>
    </w:p>
    <w:p w:rsidR="00563DA3" w:rsidRDefault="005C0996" w14:paraId="49556677" w14:textId="77777777">
      <w:r>
        <w:t>Why this matters:</w:t>
      </w:r>
    </w:p>
    <w:p w:rsidR="00563DA3" w:rsidRDefault="005C0996" w14:paraId="6C48C0E3" w14:textId="25E9F994">
      <w:r>
        <w:t xml:space="preserve">file </w:t>
      </w:r>
      <w:proofErr w:type="gramStart"/>
      <w:r>
        <w:t>handling;</w:t>
      </w:r>
      <w:proofErr w:type="gramEnd"/>
      <w:r>
        <w:t xml:space="preserve"> SQL to search data.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563DA3" w14:paraId="1D5BD72A" w14:textId="77777777">
        <w:trPr>
          <w:jc w:val="center"/>
        </w:trPr>
        <w:tc>
          <w:tcPr>
            <w:tcW w:w="5112" w:type="dxa"/>
          </w:tcPr>
          <w:p w:rsidR="00563DA3" w:rsidRDefault="005C0996" w14:paraId="3E1CC69E" w14:textId="77777777">
            <w:r>
              <w:t>Checklist</w:t>
            </w:r>
          </w:p>
        </w:tc>
        <w:tc>
          <w:tcPr>
            <w:tcW w:w="5112" w:type="dxa"/>
          </w:tcPr>
          <w:p w:rsidR="00563DA3" w:rsidRDefault="005C0996" w14:paraId="70FC6281" w14:textId="77777777">
            <w:r>
              <w:t>Tick ✔</w:t>
            </w:r>
          </w:p>
        </w:tc>
      </w:tr>
      <w:tr w:rsidR="00563DA3" w14:paraId="76A93E3F" w14:textId="77777777">
        <w:trPr>
          <w:jc w:val="center"/>
        </w:trPr>
        <w:tc>
          <w:tcPr>
            <w:tcW w:w="5112" w:type="dxa"/>
          </w:tcPr>
          <w:p w:rsidR="00563DA3" w:rsidRDefault="005C0996" w14:paraId="675A3A1A" w14:textId="77777777">
            <w:r>
              <w:t>I can run my program and see the menu.</w:t>
            </w:r>
          </w:p>
        </w:tc>
        <w:tc>
          <w:tcPr>
            <w:tcW w:w="5112" w:type="dxa"/>
          </w:tcPr>
          <w:p w:rsidR="00563DA3" w:rsidRDefault="005C0996" w14:paraId="0B73DB1A" w14:textId="77777777">
            <w:r>
              <w:t>[  ]</w:t>
            </w:r>
          </w:p>
        </w:tc>
      </w:tr>
      <w:tr w:rsidR="00563DA3" w14:paraId="1D04BFA3" w14:textId="77777777">
        <w:trPr>
          <w:jc w:val="center"/>
        </w:trPr>
        <w:tc>
          <w:tcPr>
            <w:tcW w:w="5112" w:type="dxa"/>
          </w:tcPr>
          <w:p w:rsidR="00563DA3" w:rsidRDefault="005C0996" w14:paraId="55C5F3DE" w14:textId="77777777">
            <w:r>
              <w:t>My menu repeats until Quit.</w:t>
            </w:r>
          </w:p>
        </w:tc>
        <w:tc>
          <w:tcPr>
            <w:tcW w:w="5112" w:type="dxa"/>
          </w:tcPr>
          <w:p w:rsidR="00563DA3" w:rsidRDefault="005C0996" w14:paraId="26296497" w14:textId="77777777">
            <w:r>
              <w:t>[  ]</w:t>
            </w:r>
          </w:p>
        </w:tc>
      </w:tr>
      <w:tr w:rsidR="00563DA3" w14:paraId="468B5C52" w14:textId="77777777">
        <w:trPr>
          <w:jc w:val="center"/>
        </w:trPr>
        <w:tc>
          <w:tcPr>
            <w:tcW w:w="5112" w:type="dxa"/>
          </w:tcPr>
          <w:p w:rsidR="00563DA3" w:rsidRDefault="005C0996" w14:paraId="5A388E54" w14:textId="77777777">
            <w:r>
              <w:t>I validate input (simple checks).</w:t>
            </w:r>
          </w:p>
        </w:tc>
        <w:tc>
          <w:tcPr>
            <w:tcW w:w="5112" w:type="dxa"/>
          </w:tcPr>
          <w:p w:rsidR="00563DA3" w:rsidRDefault="005C0996" w14:paraId="46B91C9C" w14:textId="77777777">
            <w:r>
              <w:t>[  ]</w:t>
            </w:r>
          </w:p>
        </w:tc>
      </w:tr>
      <w:tr w:rsidR="00563DA3" w14:paraId="006AF8A9" w14:textId="77777777">
        <w:trPr>
          <w:jc w:val="center"/>
        </w:trPr>
        <w:tc>
          <w:tcPr>
            <w:tcW w:w="5112" w:type="dxa"/>
          </w:tcPr>
          <w:p w:rsidR="00563DA3" w:rsidRDefault="005C0996" w14:paraId="6B6192D9" w14:textId="77777777">
            <w:r>
              <w:t xml:space="preserve">My code is in small functions (where </w:t>
            </w:r>
            <w:r>
              <w:t>needed).</w:t>
            </w:r>
          </w:p>
        </w:tc>
        <w:tc>
          <w:tcPr>
            <w:tcW w:w="5112" w:type="dxa"/>
          </w:tcPr>
          <w:p w:rsidR="00563DA3" w:rsidRDefault="005C0996" w14:paraId="194B7F9A" w14:textId="77777777">
            <w:r>
              <w:t>[  ]</w:t>
            </w:r>
          </w:p>
        </w:tc>
      </w:tr>
      <w:tr w:rsidR="00563DA3" w14:paraId="190FC1BD" w14:textId="77777777">
        <w:trPr>
          <w:jc w:val="center"/>
        </w:trPr>
        <w:tc>
          <w:tcPr>
            <w:tcW w:w="5112" w:type="dxa"/>
          </w:tcPr>
          <w:p w:rsidR="00563DA3" w:rsidRDefault="005C0996" w14:paraId="22D22A56" w14:textId="77777777">
            <w:r>
              <w:t>I tested my feature (it works).</w:t>
            </w:r>
          </w:p>
        </w:tc>
        <w:tc>
          <w:tcPr>
            <w:tcW w:w="5112" w:type="dxa"/>
          </w:tcPr>
          <w:p w:rsidR="00563DA3" w:rsidRDefault="005C0996" w14:paraId="73AEEEE5" w14:textId="77777777">
            <w:r>
              <w:t>[  ]</w:t>
            </w:r>
          </w:p>
        </w:tc>
      </w:tr>
    </w:tbl>
    <w:p w:rsidR="00563DA3" w:rsidRDefault="005C0996" w14:paraId="0C88392B" w14:textId="77777777">
      <w:r>
        <w:t>Reflection (3–5 sentences): What did I learn? What was tricky? What will I improve next?</w:t>
      </w:r>
    </w:p>
    <w:p w:rsidR="00563DA3" w:rsidRDefault="005C0996" w14:paraId="6105E15D" w14:textId="77777777">
      <w:r>
        <w:br/>
      </w:r>
      <w:r>
        <w:br/>
      </w:r>
      <w:r>
        <w:br/>
      </w:r>
    </w:p>
    <w:p w:rsidR="00563DA3" w:rsidRDefault="005C0996" w14:paraId="39A39636" w14:textId="77777777">
      <w:pPr>
        <w:pStyle w:val="Heading1"/>
      </w:pPr>
      <w:r>
        <w:t>Mark scheme (40 marks)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563DA3" w:rsidTr="00563DA3" w14:paraId="00AE94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C0996" w14:paraId="53C65EE5" w14:textId="1C1871D1">
            <w:r>
              <w:t xml:space="preserve">Strand </w:t>
            </w:r>
          </w:p>
        </w:tc>
        <w:tc>
          <w:tcPr>
            <w:tcW w:w="3408" w:type="dxa"/>
          </w:tcPr>
          <w:p w:rsidR="00563DA3" w:rsidRDefault="005C0996" w14:paraId="7C3369C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Marks</w:t>
            </w:r>
          </w:p>
        </w:tc>
        <w:tc>
          <w:tcPr>
            <w:tcW w:w="3408" w:type="dxa"/>
          </w:tcPr>
          <w:p w:rsidR="00563DA3" w:rsidRDefault="005C0996" w14:paraId="5B6D06E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</w:tr>
      <w:tr w:rsidR="00563DA3" w:rsidTr="00563DA3" w14:paraId="224BF1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63DA3" w14:paraId="447373AB" w14:textId="77777777"/>
        </w:tc>
        <w:tc>
          <w:tcPr>
            <w:tcW w:w="3408" w:type="dxa"/>
          </w:tcPr>
          <w:p w:rsidR="00563DA3" w:rsidRDefault="00563DA3" w14:paraId="1C294E0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8" w:type="dxa"/>
          </w:tcPr>
          <w:p w:rsidR="00563DA3" w:rsidRDefault="00563DA3" w14:paraId="77A223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3DA3" w:rsidTr="00563DA3" w14:paraId="25A8D7D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63DA3" w14:paraId="56717CF5" w14:textId="77777777"/>
        </w:tc>
        <w:tc>
          <w:tcPr>
            <w:tcW w:w="3408" w:type="dxa"/>
          </w:tcPr>
          <w:p w:rsidR="00563DA3" w:rsidRDefault="00563DA3" w14:paraId="5AD3A2C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408" w:type="dxa"/>
          </w:tcPr>
          <w:p w:rsidR="00563DA3" w:rsidRDefault="00563DA3" w14:paraId="0417F1E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63DA3" w:rsidTr="00563DA3" w14:paraId="118C25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63DA3" w14:paraId="596CCBD6" w14:textId="77777777"/>
        </w:tc>
        <w:tc>
          <w:tcPr>
            <w:tcW w:w="3408" w:type="dxa"/>
          </w:tcPr>
          <w:p w:rsidR="00563DA3" w:rsidRDefault="00563DA3" w14:paraId="3DD4B93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8" w:type="dxa"/>
          </w:tcPr>
          <w:p w:rsidR="00563DA3" w:rsidRDefault="00563DA3" w14:paraId="24D16E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3DA3" w:rsidTr="00563DA3" w14:paraId="1C681EE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63DA3" w14:paraId="4889100D" w14:textId="77777777"/>
        </w:tc>
        <w:tc>
          <w:tcPr>
            <w:tcW w:w="3408" w:type="dxa"/>
          </w:tcPr>
          <w:p w:rsidR="00563DA3" w:rsidRDefault="00563DA3" w14:paraId="4D39924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408" w:type="dxa"/>
          </w:tcPr>
          <w:p w:rsidR="00563DA3" w:rsidRDefault="00563DA3" w14:paraId="34AE43B4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63DA3" w:rsidTr="00563DA3" w14:paraId="3E5D7D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C0996" w14:paraId="6176DEA2" w14:textId="77777777">
            <w:r>
              <w:t xml:space="preserve">2.2.1 Programming </w:t>
            </w:r>
            <w:r>
              <w:t>fundamentals</w:t>
            </w:r>
          </w:p>
        </w:tc>
        <w:tc>
          <w:tcPr>
            <w:tcW w:w="3408" w:type="dxa"/>
          </w:tcPr>
          <w:p w:rsidR="00563DA3" w:rsidRDefault="005C0996" w14:paraId="2847CEB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3408" w:type="dxa"/>
          </w:tcPr>
          <w:p w:rsidR="00563DA3" w:rsidRDefault="005C0996" w14:paraId="65D1D82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Menu loop; if/elif/else; variables; inputs/outputs; arithmetic &amp; Boolean ops</w:t>
            </w:r>
          </w:p>
        </w:tc>
      </w:tr>
      <w:tr w:rsidR="00563DA3" w:rsidTr="00563DA3" w14:paraId="23E690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C0996" w14:paraId="2396EAC1" w14:textId="77777777">
            <w:r>
              <w:t>2.2.2 Data types &amp; casting</w:t>
            </w:r>
          </w:p>
        </w:tc>
        <w:tc>
          <w:tcPr>
            <w:tcW w:w="3408" w:type="dxa"/>
          </w:tcPr>
          <w:p w:rsidR="00563DA3" w:rsidRDefault="005C0996" w14:paraId="6FB8C0A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3408" w:type="dxa"/>
          </w:tcPr>
          <w:p w:rsidR="00563DA3" w:rsidRDefault="005C0996" w14:paraId="1DC4D9D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Correct use of int/float/bool/char/string; sensible casting &amp; formatting</w:t>
            </w:r>
          </w:p>
        </w:tc>
      </w:tr>
      <w:tr w:rsidR="00563DA3" w:rsidTr="00563DA3" w14:paraId="6CDCD7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C0996" w14:paraId="5F343F91" w14:textId="77777777">
            <w:r>
              <w:t>2.2.3 Additional techniques</w:t>
            </w:r>
          </w:p>
        </w:tc>
        <w:tc>
          <w:tcPr>
            <w:tcW w:w="3408" w:type="dxa"/>
          </w:tcPr>
          <w:p w:rsidR="00563DA3" w:rsidRDefault="005C0996" w14:paraId="727787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3408" w:type="dxa"/>
          </w:tcPr>
          <w:p w:rsidR="00563DA3" w:rsidRDefault="005C0996" w14:paraId="6EA9382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Arrays 1D/2D; </w:t>
            </w:r>
            <w:r>
              <w:t>records; functions/procedures; strings; random; file I/O; SQL‑like search</w:t>
            </w:r>
          </w:p>
        </w:tc>
      </w:tr>
      <w:tr w:rsidR="005C0996" w:rsidTr="00563DA3" w14:paraId="28021DC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C0996" w:rsidRDefault="005C0996" w14:paraId="18DE210E" w14:textId="77777777"/>
        </w:tc>
        <w:tc>
          <w:tcPr>
            <w:tcW w:w="3408" w:type="dxa"/>
          </w:tcPr>
          <w:p w:rsidR="005C0996" w:rsidRDefault="005C0996" w14:paraId="1CA6CBBD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408" w:type="dxa"/>
          </w:tcPr>
          <w:p w:rsidR="005C0996" w:rsidRDefault="005C0996" w14:paraId="45E2C73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63DA3" w:rsidTr="00563DA3" w14:paraId="76D95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:rsidR="00563DA3" w:rsidRDefault="005C0996" w14:paraId="6F485D9A" w14:textId="77777777">
            <w:r>
              <w:t>Testing &amp; documentation</w:t>
            </w:r>
          </w:p>
        </w:tc>
        <w:tc>
          <w:tcPr>
            <w:tcW w:w="3408" w:type="dxa"/>
          </w:tcPr>
          <w:p w:rsidR="00563DA3" w:rsidRDefault="005C0996" w14:paraId="463BC6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3408" w:type="dxa"/>
          </w:tcPr>
          <w:p w:rsidR="00563DA3" w:rsidRDefault="005C0996" w14:paraId="7E35F3D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Basic tests; comments; README; screenshot of output</w:t>
            </w:r>
          </w:p>
        </w:tc>
      </w:tr>
    </w:tbl>
    <w:p w:rsidR="005C0996" w:rsidRDefault="005C0996" w14:paraId="59D032F6" w14:textId="77777777">
      <w:pPr>
        <w:pStyle w:val="Heading1"/>
      </w:pPr>
    </w:p>
    <w:p w:rsidR="00563DA3" w:rsidRDefault="005C0996" w14:paraId="0C1769BF" w14:textId="743CC14A">
      <w:pPr>
        <w:pStyle w:val="Heading1"/>
      </w:pPr>
      <w:r>
        <w:t>Submission checklist</w:t>
      </w:r>
    </w:p>
    <w:p w:rsidR="00563DA3" w:rsidRDefault="005C0996" w14:paraId="79407490" w14:textId="77777777">
      <w:r>
        <w:t>☐</w:t>
      </w:r>
      <w:r>
        <w:t xml:space="preserve"> ZIP folder with code and data/ files</w:t>
      </w:r>
    </w:p>
    <w:p w:rsidR="00563DA3" w:rsidRDefault="005C0996" w14:paraId="38C4B0A6" w14:textId="77777777">
      <w:r>
        <w:t>☐</w:t>
      </w:r>
      <w:r>
        <w:t xml:space="preserve"> README with how to run</w:t>
      </w:r>
    </w:p>
    <w:p w:rsidR="00563DA3" w:rsidRDefault="005C0996" w14:paraId="6CB99F5A" w14:textId="77777777">
      <w:r>
        <w:t>☐</w:t>
      </w:r>
      <w:r>
        <w:t xml:space="preserve"> Screenshot of running program</w:t>
      </w:r>
    </w:p>
    <w:p w:rsidR="00563DA3" w:rsidRDefault="005C0996" w14:paraId="282331BD" w14:textId="77777777">
      <w:r>
        <w:t>☐</w:t>
      </w:r>
      <w:r>
        <w:t xml:space="preserve"> This booklet completed (reflections filled)</w:t>
      </w:r>
    </w:p>
    <w:p w:rsidR="00563DA3" w:rsidRDefault="005C0996" w14:paraId="6937E4D1" w14:textId="77777777">
      <w:r>
        <w:br w:type="page"/>
      </w:r>
    </w:p>
    <w:p w:rsidRPr="005C0996" w:rsidR="00563DA3" w:rsidRDefault="005C0996" w14:paraId="205218DE" w14:textId="77777777">
      <w:pPr>
        <w:pStyle w:val="Heading1"/>
        <w:rPr>
          <w:color w:val="FF0000"/>
        </w:rPr>
      </w:pPr>
      <w:r w:rsidRPr="005C0996">
        <w:rPr>
          <w:color w:val="FF0000"/>
        </w:rPr>
        <w:t>Challenge for Advanced Students</w:t>
      </w:r>
    </w:p>
    <w:p w:rsidR="00563DA3" w:rsidRDefault="005C0996" w14:paraId="0890C88E" w14:textId="77777777">
      <w:r>
        <w:t>If you are confident with Python and want to stretch your skills, try these advanced tasks:</w:t>
      </w:r>
    </w:p>
    <w:p w:rsidR="00563DA3" w:rsidRDefault="005C0996" w14:paraId="356AA323" w14:textId="77777777">
      <w:pPr>
        <w:pStyle w:val="ListBullet"/>
      </w:pPr>
      <w:r>
        <w:t>Refactor Snack Shack using Object-Oriented Programming (OOP): create classes for Item, Basket, and Shop.</w:t>
      </w:r>
    </w:p>
    <w:p w:rsidR="005C0996" w:rsidP="005C0996" w:rsidRDefault="005C0996" w14:paraId="650B7BC9" w14:textId="77777777">
      <w:pPr>
        <w:pStyle w:val="ListBullet"/>
        <w:numPr>
          <w:ilvl w:val="0"/>
          <w:numId w:val="0"/>
        </w:numPr>
        <w:ind w:left="360"/>
      </w:pPr>
    </w:p>
    <w:p w:rsidR="00563DA3" w:rsidRDefault="005C0996" w14:paraId="57014E5B" w14:textId="77777777">
      <w:pPr>
        <w:pStyle w:val="ListBullet"/>
      </w:pPr>
      <w:r>
        <w:t>Implement decorators for logging or timing functions (e.g., measure checkout speed).</w:t>
      </w:r>
    </w:p>
    <w:p w:rsidR="005C0996" w:rsidP="005C0996" w:rsidRDefault="005C0996" w14:paraId="285269C7" w14:textId="77777777">
      <w:pPr>
        <w:pStyle w:val="ListParagraph"/>
      </w:pPr>
    </w:p>
    <w:p w:rsidR="005C0996" w:rsidP="005C0996" w:rsidRDefault="005C0996" w14:paraId="7297101F" w14:textId="77777777">
      <w:pPr>
        <w:pStyle w:val="ListBullet"/>
        <w:numPr>
          <w:ilvl w:val="0"/>
          <w:numId w:val="0"/>
        </w:numPr>
        <w:ind w:left="360"/>
      </w:pPr>
    </w:p>
    <w:p w:rsidR="00563DA3" w:rsidRDefault="005C0996" w14:paraId="6827CE53" w14:textId="77777777">
      <w:pPr>
        <w:pStyle w:val="ListBullet"/>
      </w:pPr>
      <w:r>
        <w:t>Use context managers (with statements) for file handling to ensure safe open/close.</w:t>
      </w:r>
    </w:p>
    <w:p w:rsidR="005C0996" w:rsidP="005C0996" w:rsidRDefault="005C0996" w14:paraId="232EFB3D" w14:textId="77777777">
      <w:pPr>
        <w:pStyle w:val="ListBullet"/>
        <w:numPr>
          <w:ilvl w:val="0"/>
          <w:numId w:val="0"/>
        </w:numPr>
        <w:ind w:left="360"/>
      </w:pPr>
    </w:p>
    <w:p w:rsidR="00563DA3" w:rsidRDefault="005C0996" w14:paraId="5A233B1D" w14:textId="77777777">
      <w:pPr>
        <w:pStyle w:val="ListBullet"/>
      </w:pPr>
      <w:r>
        <w:t xml:space="preserve">Add robust error handling with custom exceptions (e.g., </w:t>
      </w:r>
      <w:proofErr w:type="spellStart"/>
      <w:r>
        <w:t>OutOfStockError</w:t>
      </w:r>
      <w:proofErr w:type="spellEnd"/>
      <w:r>
        <w:t>).</w:t>
      </w:r>
    </w:p>
    <w:p w:rsidR="005C0996" w:rsidP="005C0996" w:rsidRDefault="005C0996" w14:paraId="4497E83B" w14:textId="77777777">
      <w:pPr>
        <w:pStyle w:val="ListBullet"/>
        <w:numPr>
          <w:ilvl w:val="0"/>
          <w:numId w:val="0"/>
        </w:numPr>
        <w:ind w:left="360" w:hanging="360"/>
      </w:pPr>
    </w:p>
    <w:p w:rsidR="00563DA3" w:rsidRDefault="005C0996" w14:paraId="149FB622" w14:textId="77777777">
      <w:pPr>
        <w:pStyle w:val="ListBullet"/>
      </w:pPr>
      <w:r>
        <w:t>Integrate SQLite database for inventory and orders instead of text files.</w:t>
      </w:r>
    </w:p>
    <w:p w:rsidR="005C0996" w:rsidP="005C0996" w:rsidRDefault="005C0996" w14:paraId="1FA2368B" w14:textId="77777777">
      <w:pPr>
        <w:pStyle w:val="ListParagraph"/>
      </w:pPr>
    </w:p>
    <w:p w:rsidR="00563DA3" w:rsidRDefault="005C0996" w14:paraId="4E1AEDB9" w14:textId="77777777">
      <w:pPr>
        <w:pStyle w:val="ListBullet"/>
      </w:pPr>
      <w:r>
        <w:t>Build a simple GUI using Tkinter or PyQt for a visual shop interface.</w:t>
      </w:r>
    </w:p>
    <w:p w:rsidR="005C0996" w:rsidP="005C0996" w:rsidRDefault="005C0996" w14:paraId="226CC9A9" w14:textId="77777777">
      <w:pPr>
        <w:pStyle w:val="ListParagraph"/>
      </w:pPr>
    </w:p>
    <w:p w:rsidR="00563DA3" w:rsidRDefault="005C0996" w14:paraId="7A1EB4F6" w14:textId="77777777">
      <w:pPr>
        <w:pStyle w:val="ListBullet"/>
      </w:pPr>
      <w:r>
        <w:t>Add unit tests with pytest and achieve &gt;90% code coverage.</w:t>
      </w:r>
    </w:p>
    <w:p w:rsidR="005C0996" w:rsidP="005C0996" w:rsidRDefault="005C0996" w14:paraId="6E0440E9" w14:textId="77777777">
      <w:pPr>
        <w:pStyle w:val="ListBullet"/>
        <w:numPr>
          <w:ilvl w:val="0"/>
          <w:numId w:val="0"/>
        </w:numPr>
      </w:pPr>
    </w:p>
    <w:p w:rsidR="00563DA3" w:rsidRDefault="005C0996" w14:paraId="07112AA5" w14:textId="77777777">
      <w:pPr>
        <w:pStyle w:val="ListBullet"/>
      </w:pPr>
      <w:r>
        <w:t xml:space="preserve">Implement caching or </w:t>
      </w:r>
      <w:r>
        <w:t>memoization for SQL-like queries to improve performance.</w:t>
      </w:r>
    </w:p>
    <w:p w:rsidR="005C0996" w:rsidP="005C0996" w:rsidRDefault="005C0996" w14:paraId="6ECDD016" w14:textId="77777777">
      <w:pPr>
        <w:pStyle w:val="ListParagraph"/>
      </w:pPr>
    </w:p>
    <w:p w:rsidR="00563DA3" w:rsidRDefault="005C0996" w14:paraId="389DB75C" w14:textId="77777777">
      <w:pPr>
        <w:pStyle w:val="ListBullet"/>
      </w:pPr>
      <w:r>
        <w:t>Explore concurrency: use threading or asyncio for handling multiple customers simultaneously.</w:t>
      </w:r>
    </w:p>
    <w:p w:rsidR="005C0996" w:rsidP="005C0996" w:rsidRDefault="005C0996" w14:paraId="77DC33D1" w14:textId="77777777">
      <w:pPr>
        <w:pStyle w:val="ListParagraph"/>
      </w:pPr>
    </w:p>
    <w:p w:rsidR="005C0996" w:rsidP="005C0996" w:rsidRDefault="005C0996" w14:paraId="795CCAC7" w14:textId="77777777">
      <w:pPr>
        <w:pStyle w:val="ListBullet"/>
        <w:numPr>
          <w:ilvl w:val="0"/>
          <w:numId w:val="0"/>
        </w:numPr>
        <w:ind w:left="360" w:hanging="360"/>
      </w:pPr>
    </w:p>
    <w:p w:rsidR="00563DA3" w:rsidRDefault="005C0996" w14:paraId="15901FD6" w14:textId="77777777">
      <w:pPr>
        <w:pStyle w:val="ListBullet"/>
      </w:pPr>
      <w:r>
        <w:t>Package your project as a Python module and include a setup.py for distribution.</w:t>
      </w:r>
    </w:p>
    <w:sectPr w:rsidR="00563DA3" w:rsidSect="00034616">
      <w:pgSz w:w="12240" w:h="15840" w:orient="portrait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08883957">
    <w:abstractNumId w:val="8"/>
  </w:num>
  <w:num w:numId="2" w16cid:durableId="1131749700">
    <w:abstractNumId w:val="6"/>
  </w:num>
  <w:num w:numId="3" w16cid:durableId="1607424639">
    <w:abstractNumId w:val="5"/>
  </w:num>
  <w:num w:numId="4" w16cid:durableId="1563833072">
    <w:abstractNumId w:val="4"/>
  </w:num>
  <w:num w:numId="5" w16cid:durableId="1047215956">
    <w:abstractNumId w:val="7"/>
  </w:num>
  <w:num w:numId="6" w16cid:durableId="4215795">
    <w:abstractNumId w:val="3"/>
  </w:num>
  <w:num w:numId="7" w16cid:durableId="849219341">
    <w:abstractNumId w:val="2"/>
  </w:num>
  <w:num w:numId="8" w16cid:durableId="541359623">
    <w:abstractNumId w:val="1"/>
  </w:num>
  <w:num w:numId="9" w16cid:durableId="111983370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3DA3"/>
    <w:rsid w:val="005C0996"/>
    <w:rsid w:val="00AA1D8D"/>
    <w:rsid w:val="00B47730"/>
    <w:rsid w:val="00CB0664"/>
    <w:rsid w:val="00FC693F"/>
    <w:rsid w:val="18EB85DD"/>
    <w:rsid w:val="33CB0B29"/>
    <w:rsid w:val="3766F1E7"/>
    <w:rsid w:val="462D26A2"/>
    <w:rsid w:val="6C9BC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177630"/>
  <w14:defaultImageDpi w14:val="300"/>
  <w15:docId w15:val="{F7F9DA47-D5FB-4115-8028-D17D23E4F8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5C149AAD35E4EB0B4652BCB7346B6" ma:contentTypeVersion="4" ma:contentTypeDescription="Create a new document." ma:contentTypeScope="" ma:versionID="7e8ced2dc4fe9952706977813d45ca22">
  <xsd:schema xmlns:xsd="http://www.w3.org/2001/XMLSchema" xmlns:xs="http://www.w3.org/2001/XMLSchema" xmlns:p="http://schemas.microsoft.com/office/2006/metadata/properties" xmlns:ns2="c8d67b67-db70-432c-b9bc-70c5fd0fdacd" targetNamespace="http://schemas.microsoft.com/office/2006/metadata/properties" ma:root="true" ma:fieldsID="ccee210f19e32d257e88e6539b59ca29" ns2:_="">
    <xsd:import namespace="c8d67b67-db70-432c-b9bc-70c5fd0fdacd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67b67-db70-432c-b9bc-70c5fd0fdacd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c8d67b67-db70-432c-b9bc-70c5fd0fdac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DC067-1879-410D-AB5C-A89258C8AEB5}"/>
</file>

<file path=customXml/itemProps3.xml><?xml version="1.0" encoding="utf-8"?>
<ds:datastoreItem xmlns:ds="http://schemas.openxmlformats.org/officeDocument/2006/customXml" ds:itemID="{FDF5830E-7EF5-4E21-A439-2DD3F66F6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AC086-AF4E-45ED-9746-4B0912B00AB0}">
  <ds:schemaRefs>
    <ds:schemaRef ds:uri="http://purl.org/dc/terms/"/>
    <ds:schemaRef ds:uri="4c2a27ad-5cf8-466d-a6ef-88199c21c2c6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ab7f308-1769-4b52-9ec5-c7b2fb3bdbe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Mr. P. Agbakoba</lastModifiedBy>
  <revision>3</revision>
  <dcterms:created xsi:type="dcterms:W3CDTF">2025-12-17T17:32:00.0000000Z</dcterms:created>
  <dcterms:modified xsi:type="dcterms:W3CDTF">2026-07-07T14:30:53.0446245Z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0x010100AF45C149AAD35E4EB0B4652BCB7346B6</vt:lpwstr>
  </property>
</Properties>
</file>