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476D" w14:textId="77777777" w:rsidR="006F74DC" w:rsidRDefault="00000000">
      <w:pPr>
        <w:pStyle w:val="Title"/>
      </w:pPr>
      <w:r>
        <w:t>Snack Shack Holiday Project</w:t>
      </w:r>
    </w:p>
    <w:p w14:paraId="551DDA37" w14:textId="77777777" w:rsidR="006F74DC" w:rsidRDefault="00000000">
      <w:pPr>
        <w:pStyle w:val="Heading1"/>
      </w:pPr>
      <w:r>
        <w:t>Step-by-Step Guide</w:t>
      </w:r>
    </w:p>
    <w:p w14:paraId="754963F7" w14:textId="77777777" w:rsidR="006F74DC" w:rsidRDefault="00000000">
      <w:r>
        <w:t>This project covers OCR J277 topics: Programming Fundamentals, Data Types, and Additional Programming Techniques.</w:t>
      </w:r>
    </w:p>
    <w:p w14:paraId="1B8D01D4" w14:textId="77777777" w:rsidR="006F74DC" w:rsidRDefault="00000000">
      <w:pPr>
        <w:pStyle w:val="Heading1"/>
      </w:pPr>
      <w:r>
        <w:t>Resources</w:t>
      </w:r>
    </w:p>
    <w:p w14:paraId="0B8BE8AD" w14:textId="77777777" w:rsidR="006F74DC" w:rsidRDefault="00000000">
      <w:r>
        <w:rPr>
          <w:b/>
        </w:rPr>
        <w:t xml:space="preserve">Loops &amp; Iteration (Corey Schafer): </w:t>
      </w:r>
      <w:r>
        <w:t>https://www.youtube.com/watch?v=6iF8Xb7Z3wQ</w:t>
      </w:r>
    </w:p>
    <w:p w14:paraId="1169F357" w14:textId="77777777" w:rsidR="006F74DC" w:rsidRDefault="00000000">
      <w:r>
        <w:rPr>
          <w:b/>
        </w:rPr>
        <w:t xml:space="preserve">If Statements (Alex The Analyst): </w:t>
      </w:r>
      <w:r>
        <w:t>https://www.youtube.com/watch?v=f4KOjWS_KZs</w:t>
      </w:r>
    </w:p>
    <w:p w14:paraId="28A916D1" w14:textId="77777777" w:rsidR="006F74DC" w:rsidRDefault="00000000">
      <w:r>
        <w:rPr>
          <w:b/>
        </w:rPr>
        <w:t xml:space="preserve">Scope Explained (Khan Academy): </w:t>
      </w:r>
      <w:r>
        <w:t>https://www.youtube.com/watch?v=QVdf0LgmICw</w:t>
      </w:r>
    </w:p>
    <w:p w14:paraId="79DD0AF7" w14:textId="77777777" w:rsidR="006F74DC" w:rsidRDefault="00000000">
      <w:r>
        <w:rPr>
          <w:b/>
        </w:rPr>
        <w:t xml:space="preserve">Recursion Explained (Python Simplified): </w:t>
      </w:r>
      <w:r>
        <w:t>https://www.youtube.com/watch?v=k7-N8R0-KY4</w:t>
      </w:r>
    </w:p>
    <w:sectPr w:rsidR="006F74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9744295">
    <w:abstractNumId w:val="8"/>
  </w:num>
  <w:num w:numId="2" w16cid:durableId="945379999">
    <w:abstractNumId w:val="6"/>
  </w:num>
  <w:num w:numId="3" w16cid:durableId="858742651">
    <w:abstractNumId w:val="5"/>
  </w:num>
  <w:num w:numId="4" w16cid:durableId="1535001936">
    <w:abstractNumId w:val="4"/>
  </w:num>
  <w:num w:numId="5" w16cid:durableId="260529188">
    <w:abstractNumId w:val="7"/>
  </w:num>
  <w:num w:numId="6" w16cid:durableId="932856176">
    <w:abstractNumId w:val="3"/>
  </w:num>
  <w:num w:numId="7" w16cid:durableId="59139871">
    <w:abstractNumId w:val="2"/>
  </w:num>
  <w:num w:numId="8" w16cid:durableId="1744063632">
    <w:abstractNumId w:val="1"/>
  </w:num>
  <w:num w:numId="9" w16cid:durableId="649138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F74DC"/>
    <w:rsid w:val="00AA1D8D"/>
    <w:rsid w:val="00B47730"/>
    <w:rsid w:val="00CB0664"/>
    <w:rsid w:val="00CD5E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2A48F6"/>
  <w14:defaultImageDpi w14:val="300"/>
  <w15:docId w15:val="{F7F9DA47-D5FB-4115-8028-D17D23E4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5C149AAD35E4EB0B4652BCB7346B6" ma:contentTypeVersion="4" ma:contentTypeDescription="Create a new document." ma:contentTypeScope="" ma:versionID="7e8ced2dc4fe9952706977813d45ca22">
  <xsd:schema xmlns:xsd="http://www.w3.org/2001/XMLSchema" xmlns:xs="http://www.w3.org/2001/XMLSchema" xmlns:p="http://schemas.microsoft.com/office/2006/metadata/properties" xmlns:ns2="c8d67b67-db70-432c-b9bc-70c5fd0fdacd" targetNamespace="http://schemas.microsoft.com/office/2006/metadata/properties" ma:root="true" ma:fieldsID="ccee210f19e32d257e88e6539b59ca29" ns2:_="">
    <xsd:import namespace="c8d67b67-db70-432c-b9bc-70c5fd0fdacd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67b67-db70-432c-b9bc-70c5fd0fdacd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c8d67b67-db70-432c-b9bc-70c5fd0fdac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F07DF-23C6-4460-A0EB-157DA016E0D7}"/>
</file>

<file path=customXml/itemProps3.xml><?xml version="1.0" encoding="utf-8"?>
<ds:datastoreItem xmlns:ds="http://schemas.openxmlformats.org/officeDocument/2006/customXml" ds:itemID="{8D480863-EBE3-444A-9E86-F90C8684B267}"/>
</file>

<file path=customXml/itemProps4.xml><?xml version="1.0" encoding="utf-8"?>
<ds:datastoreItem xmlns:ds="http://schemas.openxmlformats.org/officeDocument/2006/customXml" ds:itemID="{6470F7EB-E939-49B8-BFC6-54274B3CF9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Mr. P. Agbakoba</cp:lastModifiedBy>
  <cp:revision>2</cp:revision>
  <dcterms:created xsi:type="dcterms:W3CDTF">2025-12-17T17:19:00Z</dcterms:created>
  <dcterms:modified xsi:type="dcterms:W3CDTF">2025-12-17T17:19:00Z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0x010100AF45C149AAD35E4EB0B4652BCB7346B6</vt:lpwstr>
  </property>
</Properties>
</file>